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A7AAB" w14:textId="77777777" w:rsidR="007334DE" w:rsidRPr="00E80CF0" w:rsidRDefault="007334DE" w:rsidP="00C73AFB">
      <w:pPr>
        <w:pStyle w:val="Title"/>
        <w:pBdr>
          <w:bottom w:val="single" w:sz="8" w:space="6" w:color="4F81BD" w:themeColor="accent1"/>
        </w:pBdr>
        <w:jc w:val="center"/>
        <w:rPr>
          <w:rFonts w:ascii="Arial" w:hAnsi="Arial" w:cs="Arial"/>
          <w:sz w:val="24"/>
          <w:szCs w:val="24"/>
        </w:rPr>
      </w:pPr>
    </w:p>
    <w:p w14:paraId="6331BCF8" w14:textId="48A8DE59" w:rsidR="007334DE" w:rsidRPr="00E80CF0" w:rsidRDefault="007334DE" w:rsidP="00C73AFB">
      <w:pPr>
        <w:pStyle w:val="Title"/>
        <w:pBdr>
          <w:bottom w:val="single" w:sz="8" w:space="6" w:color="4F81BD" w:themeColor="accent1"/>
        </w:pBdr>
        <w:jc w:val="center"/>
        <w:rPr>
          <w:rFonts w:ascii="Arial" w:hAnsi="Arial" w:cs="Arial"/>
          <w:sz w:val="24"/>
          <w:szCs w:val="24"/>
        </w:rPr>
      </w:pPr>
      <w:r w:rsidRPr="00E80CF0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166CCF5" wp14:editId="3947DC80">
            <wp:extent cx="473504" cy="567267"/>
            <wp:effectExtent l="0" t="0" r="3175" b="4445"/>
            <wp:docPr id="718037952" name="Picture 2" descr="A black and grey rectangular object with a red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037952" name="Picture 2" descr="A black and grey rectangular object with a red circle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4686" cy="580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F68A5" w14:textId="77777777" w:rsidR="007334DE" w:rsidRPr="00E80CF0" w:rsidRDefault="007334DE" w:rsidP="00C73AFB">
      <w:pPr>
        <w:pStyle w:val="Title"/>
        <w:pBdr>
          <w:bottom w:val="single" w:sz="8" w:space="6" w:color="4F81BD" w:themeColor="accent1"/>
        </w:pBdr>
        <w:jc w:val="center"/>
        <w:rPr>
          <w:rFonts w:ascii="Arial" w:hAnsi="Arial" w:cs="Arial"/>
          <w:sz w:val="22"/>
          <w:szCs w:val="22"/>
        </w:rPr>
      </w:pPr>
    </w:p>
    <w:p w14:paraId="5E29C8CA" w14:textId="77777777" w:rsidR="00C837D7" w:rsidRPr="00E80CF0" w:rsidRDefault="00C837D7" w:rsidP="00C73AFB">
      <w:pPr>
        <w:pStyle w:val="Title"/>
        <w:pBdr>
          <w:bottom w:val="single" w:sz="8" w:space="6" w:color="4F81BD" w:themeColor="accent1"/>
        </w:pBdr>
        <w:jc w:val="center"/>
        <w:rPr>
          <w:rFonts w:ascii="Arial" w:hAnsi="Arial" w:cs="Arial"/>
          <w:sz w:val="32"/>
          <w:szCs w:val="32"/>
        </w:rPr>
      </w:pPr>
    </w:p>
    <w:p w14:paraId="216E34EB" w14:textId="14E2DC4A" w:rsidR="000D4B1E" w:rsidRPr="00E80CF0" w:rsidRDefault="000D4B1E" w:rsidP="00C73AFB">
      <w:pPr>
        <w:pStyle w:val="Title"/>
        <w:pBdr>
          <w:bottom w:val="single" w:sz="8" w:space="6" w:color="4F81BD" w:themeColor="accent1"/>
        </w:pBdr>
        <w:spacing w:line="276" w:lineRule="auto"/>
        <w:jc w:val="center"/>
        <w:rPr>
          <w:rFonts w:ascii="Arial" w:hAnsi="Arial" w:cs="Arial"/>
          <w:color w:val="262626" w:themeColor="text1" w:themeTint="D9"/>
          <w:sz w:val="32"/>
          <w:szCs w:val="32"/>
        </w:rPr>
      </w:pPr>
      <w:r w:rsidRPr="00E80CF0">
        <w:rPr>
          <w:rFonts w:ascii="Arial" w:hAnsi="Arial" w:cs="Arial"/>
          <w:color w:val="262626" w:themeColor="text1" w:themeTint="D9"/>
          <w:sz w:val="36"/>
          <w:szCs w:val="36"/>
        </w:rPr>
        <w:t>CERERE DE RESTITUIRE</w:t>
      </w:r>
    </w:p>
    <w:p w14:paraId="5D36185F" w14:textId="7232E067" w:rsidR="00C73AFB" w:rsidRDefault="00531C2C" w:rsidP="004160C0">
      <w:pPr>
        <w:pStyle w:val="Title"/>
        <w:pBdr>
          <w:bottom w:val="single" w:sz="8" w:space="6" w:color="4F81BD" w:themeColor="accent1"/>
        </w:pBdr>
        <w:spacing w:line="276" w:lineRule="auto"/>
        <w:jc w:val="center"/>
        <w:rPr>
          <w:rFonts w:ascii="Arial" w:hAnsi="Arial" w:cs="Arial"/>
          <w:b w:val="0"/>
          <w:bCs/>
          <w:iCs/>
          <w:color w:val="595959" w:themeColor="text1" w:themeTint="A6"/>
          <w:sz w:val="24"/>
          <w:szCs w:val="24"/>
        </w:rPr>
      </w:pPr>
      <w:r w:rsidRPr="00E80CF0">
        <w:rPr>
          <w:rFonts w:ascii="Arial" w:hAnsi="Arial" w:cs="Arial"/>
          <w:b w:val="0"/>
          <w:bCs/>
          <w:iCs/>
          <w:color w:val="595959" w:themeColor="text1" w:themeTint="A6"/>
          <w:sz w:val="24"/>
          <w:szCs w:val="24"/>
        </w:rPr>
        <w:t xml:space="preserve">a </w:t>
      </w:r>
      <w:proofErr w:type="spellStart"/>
      <w:r w:rsidR="00B229FE" w:rsidRPr="00E80CF0">
        <w:rPr>
          <w:rFonts w:ascii="Arial" w:hAnsi="Arial" w:cs="Arial"/>
          <w:b w:val="0"/>
          <w:bCs/>
          <w:iCs/>
          <w:color w:val="595959" w:themeColor="text1" w:themeTint="A6"/>
          <w:sz w:val="24"/>
          <w:szCs w:val="24"/>
        </w:rPr>
        <w:t>soldului</w:t>
      </w:r>
      <w:proofErr w:type="spellEnd"/>
      <w:r w:rsidRPr="00E80CF0">
        <w:rPr>
          <w:rFonts w:ascii="Arial" w:hAnsi="Arial" w:cs="Arial"/>
          <w:b w:val="0"/>
          <w:bCs/>
          <w:iCs/>
          <w:color w:val="595959" w:themeColor="text1" w:themeTint="A6"/>
          <w:sz w:val="24"/>
          <w:szCs w:val="24"/>
        </w:rPr>
        <w:t xml:space="preserve"> </w:t>
      </w:r>
      <w:proofErr w:type="spellStart"/>
      <w:r w:rsidRPr="00E80CF0">
        <w:rPr>
          <w:rFonts w:ascii="Arial" w:hAnsi="Arial" w:cs="Arial"/>
          <w:b w:val="0"/>
          <w:bCs/>
          <w:iCs/>
          <w:color w:val="595959" w:themeColor="text1" w:themeTint="A6"/>
          <w:sz w:val="24"/>
          <w:szCs w:val="24"/>
        </w:rPr>
        <w:t>disponibil</w:t>
      </w:r>
      <w:proofErr w:type="spellEnd"/>
      <w:r w:rsidRPr="00E80CF0">
        <w:rPr>
          <w:rFonts w:ascii="Arial" w:hAnsi="Arial" w:cs="Arial"/>
          <w:b w:val="0"/>
          <w:bCs/>
          <w:iCs/>
          <w:color w:val="595959" w:themeColor="text1" w:themeTint="A6"/>
          <w:sz w:val="24"/>
          <w:szCs w:val="24"/>
        </w:rPr>
        <w:t xml:space="preserve"> </w:t>
      </w:r>
      <w:proofErr w:type="spellStart"/>
      <w:r w:rsidRPr="00E80CF0">
        <w:rPr>
          <w:rFonts w:ascii="Arial" w:hAnsi="Arial" w:cs="Arial"/>
          <w:b w:val="0"/>
          <w:bCs/>
          <w:iCs/>
          <w:color w:val="595959" w:themeColor="text1" w:themeTint="A6"/>
          <w:sz w:val="24"/>
          <w:szCs w:val="24"/>
        </w:rPr>
        <w:t>în</w:t>
      </w:r>
      <w:proofErr w:type="spellEnd"/>
      <w:r w:rsidRPr="00E80CF0">
        <w:rPr>
          <w:rFonts w:ascii="Arial" w:hAnsi="Arial" w:cs="Arial"/>
          <w:b w:val="0"/>
          <w:bCs/>
          <w:iCs/>
          <w:color w:val="595959" w:themeColor="text1" w:themeTint="A6"/>
          <w:sz w:val="24"/>
          <w:szCs w:val="24"/>
        </w:rPr>
        <w:t xml:space="preserve"> </w:t>
      </w:r>
      <w:proofErr w:type="spellStart"/>
      <w:r w:rsidRPr="00E80CF0">
        <w:rPr>
          <w:rFonts w:ascii="Arial" w:hAnsi="Arial" w:cs="Arial"/>
          <w:b w:val="0"/>
          <w:bCs/>
          <w:iCs/>
          <w:color w:val="595959" w:themeColor="text1" w:themeTint="A6"/>
          <w:sz w:val="24"/>
          <w:szCs w:val="24"/>
        </w:rPr>
        <w:t>contul</w:t>
      </w:r>
      <w:proofErr w:type="spellEnd"/>
      <w:r w:rsidRPr="00E80CF0">
        <w:rPr>
          <w:rFonts w:ascii="Arial" w:hAnsi="Arial" w:cs="Arial"/>
          <w:b w:val="0"/>
          <w:bCs/>
          <w:iCs/>
          <w:color w:val="595959" w:themeColor="text1" w:themeTint="A6"/>
          <w:sz w:val="24"/>
          <w:szCs w:val="24"/>
        </w:rPr>
        <w:t xml:space="preserve"> </w:t>
      </w:r>
      <w:proofErr w:type="spellStart"/>
      <w:r w:rsidRPr="00E80CF0">
        <w:rPr>
          <w:rFonts w:ascii="Arial" w:hAnsi="Arial" w:cs="Arial"/>
          <w:b w:val="0"/>
          <w:bCs/>
          <w:iCs/>
          <w:color w:val="595959" w:themeColor="text1" w:themeTint="A6"/>
          <w:sz w:val="24"/>
          <w:szCs w:val="24"/>
        </w:rPr>
        <w:t>uniFLOW</w:t>
      </w:r>
      <w:proofErr w:type="spellEnd"/>
      <w:r w:rsidRPr="00E80CF0">
        <w:rPr>
          <w:rFonts w:ascii="Arial" w:hAnsi="Arial" w:cs="Arial"/>
          <w:b w:val="0"/>
          <w:bCs/>
          <w:iCs/>
          <w:color w:val="595959" w:themeColor="text1" w:themeTint="A6"/>
          <w:sz w:val="24"/>
          <w:szCs w:val="24"/>
        </w:rPr>
        <w:t xml:space="preserve"> Online </w:t>
      </w:r>
      <w:proofErr w:type="spellStart"/>
      <w:r w:rsidRPr="00E80CF0">
        <w:rPr>
          <w:rFonts w:ascii="Arial" w:hAnsi="Arial" w:cs="Arial"/>
          <w:b w:val="0"/>
          <w:bCs/>
          <w:iCs/>
          <w:color w:val="595959" w:themeColor="text1" w:themeTint="A6"/>
          <w:sz w:val="24"/>
          <w:szCs w:val="24"/>
        </w:rPr>
        <w:t>utilizat</w:t>
      </w:r>
      <w:proofErr w:type="spellEnd"/>
      <w:r w:rsidR="008B3ABE" w:rsidRPr="00E80CF0">
        <w:rPr>
          <w:rFonts w:ascii="Arial" w:hAnsi="Arial" w:cs="Arial"/>
          <w:b w:val="0"/>
          <w:bCs/>
          <w:iCs/>
          <w:color w:val="595959" w:themeColor="text1" w:themeTint="A6"/>
          <w:sz w:val="24"/>
          <w:szCs w:val="24"/>
        </w:rPr>
        <w:t xml:space="preserve"> </w:t>
      </w:r>
      <w:proofErr w:type="spellStart"/>
      <w:r w:rsidR="008B3ABE" w:rsidRPr="00E80CF0">
        <w:rPr>
          <w:rFonts w:ascii="Arial" w:hAnsi="Arial" w:cs="Arial"/>
          <w:b w:val="0"/>
          <w:bCs/>
          <w:iCs/>
          <w:color w:val="595959" w:themeColor="text1" w:themeTint="A6"/>
          <w:sz w:val="24"/>
          <w:szCs w:val="24"/>
        </w:rPr>
        <w:t>pentru</w:t>
      </w:r>
      <w:proofErr w:type="spellEnd"/>
      <w:r w:rsidR="008B3ABE" w:rsidRPr="00E80CF0">
        <w:rPr>
          <w:rFonts w:ascii="Arial" w:hAnsi="Arial" w:cs="Arial"/>
          <w:b w:val="0"/>
          <w:bCs/>
          <w:iCs/>
          <w:color w:val="595959" w:themeColor="text1" w:themeTint="A6"/>
          <w:sz w:val="24"/>
          <w:szCs w:val="24"/>
        </w:rPr>
        <w:t xml:space="preserve"> </w:t>
      </w:r>
      <w:proofErr w:type="spellStart"/>
      <w:r w:rsidR="008B3ABE" w:rsidRPr="00E80CF0">
        <w:rPr>
          <w:rFonts w:ascii="Arial" w:hAnsi="Arial" w:cs="Arial"/>
          <w:b w:val="0"/>
          <w:bCs/>
          <w:iCs/>
          <w:color w:val="595959" w:themeColor="text1" w:themeTint="A6"/>
          <w:sz w:val="24"/>
          <w:szCs w:val="24"/>
        </w:rPr>
        <w:t>servici</w:t>
      </w:r>
      <w:r w:rsidR="009E5D43" w:rsidRPr="00E80CF0">
        <w:rPr>
          <w:rFonts w:ascii="Arial" w:hAnsi="Arial" w:cs="Arial"/>
          <w:b w:val="0"/>
          <w:bCs/>
          <w:iCs/>
          <w:color w:val="595959" w:themeColor="text1" w:themeTint="A6"/>
          <w:sz w:val="24"/>
          <w:szCs w:val="24"/>
        </w:rPr>
        <w:t>ul</w:t>
      </w:r>
      <w:proofErr w:type="spellEnd"/>
      <w:r w:rsidR="008B3ABE" w:rsidRPr="00E80CF0">
        <w:rPr>
          <w:rFonts w:ascii="Arial" w:hAnsi="Arial" w:cs="Arial"/>
          <w:b w:val="0"/>
          <w:bCs/>
          <w:iCs/>
          <w:color w:val="595959" w:themeColor="text1" w:themeTint="A6"/>
          <w:sz w:val="24"/>
          <w:szCs w:val="24"/>
        </w:rPr>
        <w:t xml:space="preserve"> Self Prin</w:t>
      </w:r>
      <w:r w:rsidR="004160C0">
        <w:rPr>
          <w:rFonts w:ascii="Arial" w:hAnsi="Arial" w:cs="Arial"/>
          <w:b w:val="0"/>
          <w:bCs/>
          <w:iCs/>
          <w:color w:val="595959" w:themeColor="text1" w:themeTint="A6"/>
          <w:sz w:val="24"/>
          <w:szCs w:val="24"/>
        </w:rPr>
        <w:t>t</w:t>
      </w:r>
    </w:p>
    <w:p w14:paraId="021D485D" w14:textId="77777777" w:rsidR="004160C0" w:rsidRPr="004160C0" w:rsidRDefault="004160C0" w:rsidP="004160C0"/>
    <w:tbl>
      <w:tblPr>
        <w:tblW w:w="0" w:type="auto"/>
        <w:jc w:val="center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C73AFB" w:rsidRPr="00E80CF0" w14:paraId="22534834" w14:textId="77777777" w:rsidTr="00C73AFB">
        <w:trPr>
          <w:jc w:val="center"/>
        </w:trPr>
        <w:tc>
          <w:tcPr>
            <w:tcW w:w="5156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76B3BEF8" w14:textId="76F483C4" w:rsidR="00CA1A54" w:rsidRPr="00E80CF0" w:rsidRDefault="008B3ABE" w:rsidP="00C73AFB">
            <w:pPr>
              <w:spacing w:after="0" w:line="276" w:lineRule="auto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proofErr w:type="spellStart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N</w:t>
            </w:r>
            <w:r w:rsidR="00C837D7"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umăr</w:t>
            </w:r>
            <w:proofErr w:type="spellEnd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="00C323D0"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î</w:t>
            </w:r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nregistrare</w:t>
            </w:r>
            <w:proofErr w:type="spellEnd"/>
            <w:r w:rsidR="00C25915"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="00C25915"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cerere</w:t>
            </w:r>
            <w:proofErr w:type="spellEnd"/>
          </w:p>
          <w:p w14:paraId="6DBCB43C" w14:textId="77777777" w:rsidR="00C323D0" w:rsidRPr="00E80CF0" w:rsidRDefault="00C323D0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  <w:p w14:paraId="68B22894" w14:textId="7ACBC2BC" w:rsidR="00CA1A54" w:rsidRPr="00E80CF0" w:rsidRDefault="00CA1A54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5156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15CB929B" w14:textId="77777777" w:rsidR="00CA1A54" w:rsidRPr="00E80CF0" w:rsidRDefault="008B3ABE" w:rsidP="00C73AFB">
            <w:pPr>
              <w:spacing w:after="0" w:line="276" w:lineRule="auto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Data </w:t>
            </w:r>
            <w:proofErr w:type="spellStart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solicitării</w:t>
            </w:r>
            <w:proofErr w:type="spellEnd"/>
          </w:p>
          <w:p w14:paraId="794C0637" w14:textId="77777777" w:rsidR="00C323D0" w:rsidRPr="00E80CF0" w:rsidRDefault="00C323D0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  <w:p w14:paraId="3DC3F9CF" w14:textId="508985FA" w:rsidR="00CA1A54" w:rsidRPr="00E80CF0" w:rsidRDefault="00C837D7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 w:rsidRPr="00E80CF0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 xml:space="preserve">____ </w:t>
            </w:r>
            <w:r w:rsidR="008B3ABE" w:rsidRPr="00E80CF0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/</w:t>
            </w:r>
            <w:r w:rsidRPr="00E80CF0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 xml:space="preserve"> __</w:t>
            </w:r>
            <w:proofErr w:type="gramStart"/>
            <w:r w:rsidR="00E80CF0" w:rsidRPr="00E80CF0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 xml:space="preserve">_ / </w:t>
            </w:r>
            <w:r w:rsidRPr="00E80CF0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_</w:t>
            </w:r>
            <w:proofErr w:type="gramEnd"/>
            <w:r w:rsidRPr="00E80CF0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____</w:t>
            </w:r>
          </w:p>
        </w:tc>
      </w:tr>
    </w:tbl>
    <w:p w14:paraId="7005A9BC" w14:textId="77777777" w:rsidR="00CA1A54" w:rsidRPr="00E80CF0" w:rsidRDefault="00CA1A54" w:rsidP="00C73AFB">
      <w:pPr>
        <w:spacing w:after="0" w:line="276" w:lineRule="auto"/>
        <w:rPr>
          <w:rFonts w:ascii="Arial" w:hAnsi="Arial" w:cs="Arial"/>
          <w:color w:val="262626" w:themeColor="text1" w:themeTint="D9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</w:tblBorders>
        <w:tblLayout w:type="fixed"/>
        <w:tblLook w:val="04A0" w:firstRow="1" w:lastRow="0" w:firstColumn="1" w:lastColumn="0" w:noHBand="0" w:noVBand="1"/>
      </w:tblPr>
      <w:tblGrid>
        <w:gridCol w:w="10312"/>
      </w:tblGrid>
      <w:tr w:rsidR="00E80CF0" w:rsidRPr="00E80CF0" w14:paraId="4E9A2FD5" w14:textId="77777777" w:rsidTr="00E80CF0">
        <w:trPr>
          <w:jc w:val="center"/>
        </w:trPr>
        <w:tc>
          <w:tcPr>
            <w:tcW w:w="10312" w:type="dxa"/>
            <w:shd w:val="clear" w:color="auto" w:fill="E8EAEB"/>
            <w:tcMar>
              <w:top w:w="45" w:type="dxa"/>
              <w:left w:w="110" w:type="dxa"/>
              <w:bottom w:w="45" w:type="dxa"/>
              <w:right w:w="110" w:type="dxa"/>
            </w:tcMar>
          </w:tcPr>
          <w:p w14:paraId="244D9001" w14:textId="77777777" w:rsidR="00CA1A54" w:rsidRPr="00E80CF0" w:rsidRDefault="008B3ABE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 w:rsidRPr="00E80CF0">
              <w:rPr>
                <w:rFonts w:ascii="Arial" w:hAnsi="Arial" w:cs="Arial"/>
                <w:b/>
                <w:color w:val="262626" w:themeColor="text1" w:themeTint="D9"/>
                <w:sz w:val="28"/>
                <w:szCs w:val="28"/>
              </w:rPr>
              <w:t>1. DATELE CLIENTULUI</w:t>
            </w:r>
          </w:p>
        </w:tc>
      </w:tr>
    </w:tbl>
    <w:p w14:paraId="0C29E46F" w14:textId="77777777" w:rsidR="00CA1A54" w:rsidRPr="00E80CF0" w:rsidRDefault="00CA1A54" w:rsidP="00C73AFB">
      <w:pPr>
        <w:spacing w:after="0" w:line="276" w:lineRule="auto"/>
        <w:rPr>
          <w:rFonts w:ascii="Arial" w:hAnsi="Arial" w:cs="Arial"/>
          <w:color w:val="262626" w:themeColor="text1" w:themeTint="D9"/>
          <w:sz w:val="24"/>
          <w:szCs w:val="24"/>
        </w:rPr>
      </w:pPr>
    </w:p>
    <w:tbl>
      <w:tblPr>
        <w:tblW w:w="10312" w:type="dxa"/>
        <w:jc w:val="center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E80CF0" w:rsidRPr="00E80CF0" w14:paraId="220EDA9A" w14:textId="77777777" w:rsidTr="00C73AFB">
        <w:trPr>
          <w:jc w:val="center"/>
        </w:trPr>
        <w:tc>
          <w:tcPr>
            <w:tcW w:w="5156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E2D38F0" w14:textId="77777777" w:rsidR="00CA1A54" w:rsidRPr="00E80CF0" w:rsidRDefault="008B3ABE" w:rsidP="00C73AFB">
            <w:pPr>
              <w:spacing w:after="0" w:line="276" w:lineRule="auto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proofErr w:type="spellStart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Nume</w:t>
            </w:r>
            <w:proofErr w:type="spellEnd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și</w:t>
            </w:r>
            <w:proofErr w:type="spellEnd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prenume</w:t>
            </w:r>
            <w:proofErr w:type="spellEnd"/>
          </w:p>
          <w:p w14:paraId="54B85206" w14:textId="77777777" w:rsidR="00C323D0" w:rsidRPr="00E80CF0" w:rsidRDefault="00C323D0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  <w:p w14:paraId="67EE1505" w14:textId="5F69F960" w:rsidR="00CA1A54" w:rsidRPr="00E80CF0" w:rsidRDefault="00CA1A54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5156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3A945BF" w14:textId="77777777" w:rsidR="00CA1A54" w:rsidRPr="00E80CF0" w:rsidRDefault="008B3ABE" w:rsidP="00C73AFB">
            <w:pPr>
              <w:spacing w:after="0" w:line="276" w:lineRule="auto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proofErr w:type="spellStart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Adresă</w:t>
            </w:r>
            <w:proofErr w:type="spellEnd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 de e-mail</w:t>
            </w:r>
          </w:p>
          <w:p w14:paraId="433B978E" w14:textId="77777777" w:rsidR="00C323D0" w:rsidRPr="00E80CF0" w:rsidRDefault="00C323D0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  <w:p w14:paraId="7FE57D8F" w14:textId="71F511FD" w:rsidR="00CA1A54" w:rsidRPr="00E80CF0" w:rsidRDefault="00CA1A54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</w:tr>
      <w:tr w:rsidR="00E80CF0" w:rsidRPr="00E80CF0" w14:paraId="779CA52C" w14:textId="77777777" w:rsidTr="00C73AFB">
        <w:trPr>
          <w:jc w:val="center"/>
        </w:trPr>
        <w:tc>
          <w:tcPr>
            <w:tcW w:w="5156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EE4FEF8" w14:textId="5B485DD2" w:rsidR="00CA1A54" w:rsidRPr="00E80CF0" w:rsidRDefault="00E80CF0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Număr</w:t>
            </w:r>
            <w:proofErr w:type="spellEnd"/>
            <w:r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telefon</w:t>
            </w:r>
            <w:proofErr w:type="spellEnd"/>
            <w:r w:rsidR="008B3ABE"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 (</w:t>
            </w:r>
            <w:proofErr w:type="spellStart"/>
            <w:r w:rsidR="008B3ABE"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opțional</w:t>
            </w:r>
            <w:proofErr w:type="spellEnd"/>
            <w:r w:rsidR="008B3ABE"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)</w:t>
            </w:r>
          </w:p>
          <w:p w14:paraId="42DB3436" w14:textId="77777777" w:rsidR="00CA1A54" w:rsidRPr="00E80CF0" w:rsidRDefault="00CA1A54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  <w:p w14:paraId="22162C57" w14:textId="7F90D2D4" w:rsidR="00C323D0" w:rsidRPr="00E80CF0" w:rsidRDefault="00C323D0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5156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47AFBA94" w14:textId="0DE7E7E5" w:rsidR="00CA1A54" w:rsidRPr="00E80CF0" w:rsidRDefault="008B3ABE" w:rsidP="00C73AFB">
            <w:pPr>
              <w:spacing w:after="0" w:line="276" w:lineRule="auto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Cod </w:t>
            </w:r>
            <w:proofErr w:type="spellStart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utilizator</w:t>
            </w:r>
            <w:proofErr w:type="spellEnd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 (</w:t>
            </w:r>
            <w:proofErr w:type="spellStart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opțional</w:t>
            </w:r>
            <w:proofErr w:type="spellEnd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)</w:t>
            </w:r>
          </w:p>
          <w:p w14:paraId="7771817E" w14:textId="77777777" w:rsidR="00C323D0" w:rsidRPr="00E80CF0" w:rsidRDefault="00C323D0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  <w:p w14:paraId="3B95A9B7" w14:textId="61C0043B" w:rsidR="00CA1A54" w:rsidRPr="00E80CF0" w:rsidRDefault="00CA1A54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</w:tr>
    </w:tbl>
    <w:p w14:paraId="73E52E62" w14:textId="77777777" w:rsidR="00CA1A54" w:rsidRPr="00E80CF0" w:rsidRDefault="00CA1A54" w:rsidP="00C73AFB">
      <w:pPr>
        <w:spacing w:after="0" w:line="276" w:lineRule="auto"/>
        <w:rPr>
          <w:rFonts w:ascii="Arial" w:hAnsi="Arial" w:cs="Arial"/>
          <w:color w:val="262626" w:themeColor="text1" w:themeTint="D9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</w:tblBorders>
        <w:shd w:val="clear" w:color="auto" w:fill="E8EAEB"/>
        <w:tblLayout w:type="fixed"/>
        <w:tblLook w:val="04A0" w:firstRow="1" w:lastRow="0" w:firstColumn="1" w:lastColumn="0" w:noHBand="0" w:noVBand="1"/>
      </w:tblPr>
      <w:tblGrid>
        <w:gridCol w:w="10312"/>
      </w:tblGrid>
      <w:tr w:rsidR="00E80CF0" w:rsidRPr="00E80CF0" w14:paraId="1246D697" w14:textId="77777777" w:rsidTr="00E80CF0">
        <w:trPr>
          <w:jc w:val="center"/>
        </w:trPr>
        <w:tc>
          <w:tcPr>
            <w:tcW w:w="10312" w:type="dxa"/>
            <w:shd w:val="clear" w:color="auto" w:fill="E8EAEB"/>
            <w:tcMar>
              <w:top w:w="45" w:type="dxa"/>
              <w:left w:w="110" w:type="dxa"/>
              <w:bottom w:w="45" w:type="dxa"/>
              <w:right w:w="110" w:type="dxa"/>
            </w:tcMar>
          </w:tcPr>
          <w:p w14:paraId="3A315997" w14:textId="3E28732D" w:rsidR="00CA1A54" w:rsidRPr="00E80CF0" w:rsidRDefault="008B3ABE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 w:rsidRPr="00E80CF0">
              <w:rPr>
                <w:rFonts w:ascii="Arial" w:hAnsi="Arial" w:cs="Arial"/>
                <w:b/>
                <w:color w:val="262626" w:themeColor="text1" w:themeTint="D9"/>
                <w:sz w:val="28"/>
                <w:szCs w:val="28"/>
              </w:rPr>
              <w:t xml:space="preserve">2. DATELE </w:t>
            </w:r>
            <w:r w:rsidR="00C73AFB">
              <w:rPr>
                <w:rFonts w:ascii="Arial" w:hAnsi="Arial" w:cs="Arial"/>
                <w:b/>
                <w:color w:val="262626" w:themeColor="text1" w:themeTint="D9"/>
                <w:sz w:val="28"/>
                <w:szCs w:val="28"/>
              </w:rPr>
              <w:t>CARDULUI DE ACCES</w:t>
            </w:r>
            <w:r w:rsidRPr="00E80CF0">
              <w:rPr>
                <w:rFonts w:ascii="Arial" w:hAnsi="Arial" w:cs="Arial"/>
                <w:b/>
                <w:color w:val="262626" w:themeColor="text1" w:themeTint="D9"/>
                <w:sz w:val="28"/>
                <w:szCs w:val="28"/>
              </w:rPr>
              <w:t xml:space="preserve"> ȘI ALE SOLDULUI</w:t>
            </w:r>
          </w:p>
        </w:tc>
      </w:tr>
    </w:tbl>
    <w:p w14:paraId="42A32570" w14:textId="77777777" w:rsidR="00CA1A54" w:rsidRPr="00E80CF0" w:rsidRDefault="00CA1A54" w:rsidP="00C73AFB">
      <w:pPr>
        <w:spacing w:after="0" w:line="276" w:lineRule="auto"/>
        <w:rPr>
          <w:rFonts w:ascii="Arial" w:hAnsi="Arial" w:cs="Arial"/>
          <w:color w:val="262626" w:themeColor="text1" w:themeTint="D9"/>
          <w:sz w:val="24"/>
          <w:szCs w:val="24"/>
        </w:rPr>
      </w:pPr>
    </w:p>
    <w:tbl>
      <w:tblPr>
        <w:tblW w:w="10312" w:type="dxa"/>
        <w:jc w:val="center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C73AFB" w:rsidRPr="00E80CF0" w14:paraId="786CFED6" w14:textId="77777777" w:rsidTr="00C73AFB">
        <w:trPr>
          <w:jc w:val="center"/>
        </w:trPr>
        <w:tc>
          <w:tcPr>
            <w:tcW w:w="5156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7E01794" w14:textId="0E079C17" w:rsidR="00CA1A54" w:rsidRPr="00E80CF0" w:rsidRDefault="008B3ABE" w:rsidP="00C73AFB">
            <w:pPr>
              <w:spacing w:after="0" w:line="276" w:lineRule="auto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Seria </w:t>
            </w:r>
            <w:proofErr w:type="spellStart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completă</w:t>
            </w:r>
            <w:proofErr w:type="spellEnd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 a </w:t>
            </w:r>
            <w:proofErr w:type="spellStart"/>
            <w:r w:rsidR="00C25915"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cardului</w:t>
            </w:r>
            <w:proofErr w:type="spellEnd"/>
            <w:r w:rsidR="00C25915"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 de </w:t>
            </w:r>
            <w:proofErr w:type="spellStart"/>
            <w:r w:rsidR="00C25915"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acces</w:t>
            </w:r>
            <w:proofErr w:type="spellEnd"/>
          </w:p>
          <w:p w14:paraId="6E44C59D" w14:textId="77777777" w:rsidR="00C25915" w:rsidRPr="00E80CF0" w:rsidRDefault="00C25915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  <w:p w14:paraId="3AF52CBB" w14:textId="1C4C63DF" w:rsidR="00CA1A54" w:rsidRPr="00E80CF0" w:rsidRDefault="00CA1A54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5156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AC1E2F7" w14:textId="77777777" w:rsidR="00CA1A54" w:rsidRPr="00E80CF0" w:rsidRDefault="008B3ABE" w:rsidP="00C73AFB">
            <w:pPr>
              <w:spacing w:after="0" w:line="276" w:lineRule="auto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Sold </w:t>
            </w:r>
            <w:proofErr w:type="spellStart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solicitat</w:t>
            </w:r>
            <w:proofErr w:type="spellEnd"/>
          </w:p>
          <w:p w14:paraId="7C554F31" w14:textId="77777777" w:rsidR="006A409B" w:rsidRPr="00E80CF0" w:rsidRDefault="006A409B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  <w:p w14:paraId="2B2D0030" w14:textId="3FCF2F66" w:rsidR="00CA1A54" w:rsidRPr="00E80CF0" w:rsidRDefault="00C73AFB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 w:rsidRPr="00C73AFB">
              <w:rPr>
                <w:rFonts w:ascii="Segoe UI Symbol" w:hAnsi="Segoe UI Symbol" w:cs="Segoe UI Symbol"/>
                <w:color w:val="262626" w:themeColor="text1" w:themeTint="D9"/>
                <w:sz w:val="24"/>
                <w:szCs w:val="24"/>
              </w:rPr>
              <w:t>☐</w:t>
            </w:r>
            <w:r w:rsidRPr="00C73AFB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 xml:space="preserve"> integral </w:t>
            </w:r>
            <w:r w:rsidRPr="00C73AFB">
              <w:rPr>
                <w:rFonts w:ascii="Segoe UI Symbol" w:hAnsi="Segoe UI Symbol" w:cs="Segoe UI Symbol"/>
                <w:color w:val="262626" w:themeColor="text1" w:themeTint="D9"/>
                <w:sz w:val="24"/>
                <w:szCs w:val="24"/>
              </w:rPr>
              <w:t>☐</w:t>
            </w:r>
            <w:r w:rsidRPr="00C73AFB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C73AFB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parțial</w:t>
            </w:r>
            <w:proofErr w:type="spellEnd"/>
            <w:r w:rsidRPr="00C73AFB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 xml:space="preserve">, </w:t>
            </w:r>
            <w:proofErr w:type="spellStart"/>
            <w:r w:rsidRPr="00C73AFB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suma</w:t>
            </w:r>
            <w:proofErr w:type="spellEnd"/>
            <w:r w:rsidRPr="00C73AFB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 xml:space="preserve"> de </w:t>
            </w:r>
            <w:r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_______</w:t>
            </w:r>
            <w:r w:rsidRPr="00C73AFB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 xml:space="preserve"> RON</w:t>
            </w:r>
          </w:p>
        </w:tc>
      </w:tr>
    </w:tbl>
    <w:p w14:paraId="1F355FAC" w14:textId="77777777" w:rsidR="00C25915" w:rsidRPr="00E80CF0" w:rsidRDefault="00C25915" w:rsidP="00C73AFB">
      <w:pPr>
        <w:spacing w:before="80" w:after="60" w:line="276" w:lineRule="auto"/>
        <w:rPr>
          <w:rFonts w:ascii="Arial" w:hAnsi="Arial" w:cs="Arial"/>
          <w:color w:val="262626" w:themeColor="text1" w:themeTint="D9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</w:tblBorders>
        <w:shd w:val="clear" w:color="auto" w:fill="E8EAEB"/>
        <w:tblLayout w:type="fixed"/>
        <w:tblLook w:val="04A0" w:firstRow="1" w:lastRow="0" w:firstColumn="1" w:lastColumn="0" w:noHBand="0" w:noVBand="1"/>
      </w:tblPr>
      <w:tblGrid>
        <w:gridCol w:w="10312"/>
      </w:tblGrid>
      <w:tr w:rsidR="00E80CF0" w:rsidRPr="00E80CF0" w14:paraId="69131A17" w14:textId="77777777" w:rsidTr="00E80CF0">
        <w:trPr>
          <w:jc w:val="center"/>
        </w:trPr>
        <w:tc>
          <w:tcPr>
            <w:tcW w:w="10312" w:type="dxa"/>
            <w:shd w:val="clear" w:color="auto" w:fill="E8EAEB"/>
            <w:tcMar>
              <w:top w:w="45" w:type="dxa"/>
              <w:left w:w="110" w:type="dxa"/>
              <w:bottom w:w="45" w:type="dxa"/>
              <w:right w:w="110" w:type="dxa"/>
            </w:tcMar>
          </w:tcPr>
          <w:p w14:paraId="78E0F48F" w14:textId="77777777" w:rsidR="00CA1A54" w:rsidRPr="00E80CF0" w:rsidRDefault="008B3ABE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 w:rsidRPr="00E80CF0">
              <w:rPr>
                <w:rFonts w:ascii="Arial" w:hAnsi="Arial" w:cs="Arial"/>
                <w:b/>
                <w:color w:val="262626" w:themeColor="text1" w:themeTint="D9"/>
                <w:sz w:val="28"/>
                <w:szCs w:val="28"/>
              </w:rPr>
              <w:t>3. MODALITATEA DE RESTITUIRE</w:t>
            </w:r>
          </w:p>
        </w:tc>
      </w:tr>
    </w:tbl>
    <w:p w14:paraId="1CDCE635" w14:textId="77777777" w:rsidR="00CA1A54" w:rsidRPr="00E80CF0" w:rsidRDefault="00CA1A54" w:rsidP="00C73AFB">
      <w:pPr>
        <w:spacing w:after="0" w:line="276" w:lineRule="auto"/>
        <w:rPr>
          <w:rFonts w:ascii="Arial" w:hAnsi="Arial" w:cs="Arial"/>
          <w:color w:val="262626" w:themeColor="text1" w:themeTint="D9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Look w:val="04A0" w:firstRow="1" w:lastRow="0" w:firstColumn="1" w:lastColumn="0" w:noHBand="0" w:noVBand="1"/>
      </w:tblPr>
      <w:tblGrid>
        <w:gridCol w:w="5156"/>
        <w:gridCol w:w="5156"/>
      </w:tblGrid>
      <w:tr w:rsidR="00E80CF0" w:rsidRPr="00E80CF0" w14:paraId="2EB05156" w14:textId="77777777" w:rsidTr="00C73AFB">
        <w:trPr>
          <w:jc w:val="center"/>
        </w:trPr>
        <w:tc>
          <w:tcPr>
            <w:tcW w:w="5156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60D70980" w14:textId="3EE11C89" w:rsidR="00CA1A54" w:rsidRPr="00E80CF0" w:rsidRDefault="008B3ABE" w:rsidP="00C73AFB">
            <w:pPr>
              <w:spacing w:after="0" w:line="276" w:lineRule="auto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proofErr w:type="spellStart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Titular</w:t>
            </w:r>
            <w:r w:rsidR="00A300F4"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ul</w:t>
            </w:r>
            <w:proofErr w:type="spellEnd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="00A300F4"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contului</w:t>
            </w:r>
            <w:proofErr w:type="spellEnd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bancar</w:t>
            </w:r>
            <w:proofErr w:type="spellEnd"/>
          </w:p>
          <w:p w14:paraId="3AA3DA8B" w14:textId="77777777" w:rsidR="003A6D66" w:rsidRPr="00E80CF0" w:rsidRDefault="003A6D66" w:rsidP="00C73AFB">
            <w:pPr>
              <w:spacing w:after="0" w:line="276" w:lineRule="auto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</w:p>
          <w:p w14:paraId="5FBFADBF" w14:textId="2CCF2D3B" w:rsidR="003A6D66" w:rsidRPr="00E80CF0" w:rsidRDefault="003A6D66" w:rsidP="00C73AFB">
            <w:pPr>
              <w:spacing w:after="0" w:line="276" w:lineRule="auto"/>
              <w:rPr>
                <w:rFonts w:ascii="Arial" w:hAnsi="Arial" w:cs="Arial"/>
                <w:bCs/>
                <w:color w:val="262626" w:themeColor="text1" w:themeTint="D9"/>
                <w:sz w:val="24"/>
                <w:szCs w:val="24"/>
              </w:rPr>
            </w:pPr>
          </w:p>
        </w:tc>
        <w:tc>
          <w:tcPr>
            <w:tcW w:w="5156" w:type="dxa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57794EDA" w14:textId="6B86FF07" w:rsidR="00CA1A54" w:rsidRPr="00E80CF0" w:rsidRDefault="006A409B" w:rsidP="00C73AFB">
            <w:pPr>
              <w:spacing w:after="0" w:line="276" w:lineRule="auto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I</w:t>
            </w:r>
            <w:r w:rsidR="008B3ABE"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BAN</w:t>
            </w:r>
          </w:p>
          <w:p w14:paraId="5A1C0EA7" w14:textId="77777777" w:rsidR="006A409B" w:rsidRPr="00E80CF0" w:rsidRDefault="006A409B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  <w:p w14:paraId="63D2F28F" w14:textId="1236124C" w:rsidR="00CA1A54" w:rsidRPr="00E80CF0" w:rsidRDefault="008B3ABE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 w:rsidRPr="00E80CF0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R</w:t>
            </w:r>
            <w:r w:rsidR="003A6D66" w:rsidRPr="00E80CF0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O</w:t>
            </w:r>
            <w:r w:rsidR="00C837D7" w:rsidRPr="00E80CF0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__________________________</w:t>
            </w:r>
          </w:p>
        </w:tc>
      </w:tr>
      <w:tr w:rsidR="00C73AFB" w:rsidRPr="00E80CF0" w14:paraId="5481E9E9" w14:textId="77777777" w:rsidTr="00C73AFB">
        <w:trPr>
          <w:jc w:val="center"/>
        </w:trPr>
        <w:tc>
          <w:tcPr>
            <w:tcW w:w="10312" w:type="dxa"/>
            <w:gridSpan w:val="2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3D2D0D9C" w14:textId="47A6A3AC" w:rsidR="00CA1A54" w:rsidRPr="00E80CF0" w:rsidRDefault="008B3ABE" w:rsidP="00C73AFB">
            <w:pPr>
              <w:spacing w:after="0" w:line="276" w:lineRule="auto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  <w:lang w:val="ro-RO"/>
              </w:rPr>
            </w:pPr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Banca</w:t>
            </w:r>
            <w:r w:rsidR="006A409B"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 </w:t>
            </w:r>
            <w:proofErr w:type="spellStart"/>
            <w:r w:rsidR="006A409B"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emitent</w:t>
            </w:r>
            <w:proofErr w:type="spellEnd"/>
            <w:r w:rsidR="006A409B"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  <w:lang w:val="ro-RO"/>
              </w:rPr>
              <w:t>ă</w:t>
            </w:r>
          </w:p>
          <w:p w14:paraId="56EFEECD" w14:textId="77777777" w:rsidR="00CE333C" w:rsidRPr="00E80CF0" w:rsidRDefault="00CE333C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  <w:lang w:val="ro-RO"/>
              </w:rPr>
            </w:pPr>
          </w:p>
          <w:p w14:paraId="046FEA73" w14:textId="263A7CB7" w:rsidR="00CA1A54" w:rsidRPr="00E80CF0" w:rsidRDefault="00CA1A54" w:rsidP="00C73AFB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</w:tr>
    </w:tbl>
    <w:p w14:paraId="083E7A0C" w14:textId="77777777" w:rsidR="00C73AFB" w:rsidRDefault="00C73AFB" w:rsidP="004160C0">
      <w:pPr>
        <w:spacing w:before="100" w:after="60" w:line="276" w:lineRule="auto"/>
        <w:rPr>
          <w:rFonts w:ascii="Arial" w:hAnsi="Arial" w:cs="Arial"/>
          <w:b/>
          <w:bCs/>
          <w:color w:val="262626" w:themeColor="text1" w:themeTint="D9"/>
          <w:sz w:val="28"/>
          <w:szCs w:val="28"/>
        </w:rPr>
      </w:pPr>
    </w:p>
    <w:p w14:paraId="3584AF40" w14:textId="77777777" w:rsidR="00C73AFB" w:rsidRDefault="00C73AFB" w:rsidP="00C73AFB">
      <w:pPr>
        <w:spacing w:before="100" w:after="60" w:line="276" w:lineRule="auto"/>
        <w:jc w:val="both"/>
        <w:rPr>
          <w:rFonts w:ascii="Arial" w:hAnsi="Arial" w:cs="Arial"/>
          <w:b/>
          <w:bCs/>
          <w:color w:val="262626" w:themeColor="text1" w:themeTint="D9"/>
          <w:sz w:val="28"/>
          <w:szCs w:val="28"/>
        </w:rPr>
      </w:pPr>
    </w:p>
    <w:p w14:paraId="1BB55002" w14:textId="77777777" w:rsidR="004160C0" w:rsidRDefault="004160C0" w:rsidP="004160C0">
      <w:pPr>
        <w:spacing w:before="100" w:after="60" w:line="276" w:lineRule="auto"/>
        <w:jc w:val="both"/>
        <w:rPr>
          <w:rFonts w:ascii="Arial" w:hAnsi="Arial" w:cs="Arial"/>
          <w:b/>
          <w:bCs/>
          <w:color w:val="262626" w:themeColor="text1" w:themeTint="D9"/>
          <w:sz w:val="28"/>
          <w:szCs w:val="28"/>
        </w:rPr>
      </w:pPr>
    </w:p>
    <w:p w14:paraId="631D704C" w14:textId="18F575CF" w:rsidR="00C73AFB" w:rsidRPr="00C73AFB" w:rsidRDefault="00C73AFB" w:rsidP="004160C0">
      <w:pPr>
        <w:spacing w:before="100" w:after="60" w:line="276" w:lineRule="auto"/>
        <w:jc w:val="both"/>
        <w:rPr>
          <w:rFonts w:ascii="Arial" w:hAnsi="Arial" w:cs="Arial"/>
          <w:b/>
          <w:color w:val="262626" w:themeColor="text1" w:themeTint="D9"/>
          <w:sz w:val="28"/>
          <w:szCs w:val="28"/>
        </w:rPr>
      </w:pPr>
      <w:proofErr w:type="spellStart"/>
      <w:r w:rsidRPr="00C73AFB">
        <w:rPr>
          <w:rFonts w:ascii="Arial" w:hAnsi="Arial" w:cs="Arial"/>
          <w:b/>
          <w:bCs/>
          <w:color w:val="262626" w:themeColor="text1" w:themeTint="D9"/>
          <w:sz w:val="28"/>
          <w:szCs w:val="28"/>
        </w:rPr>
        <w:t>Solicitare</w:t>
      </w:r>
      <w:proofErr w:type="spellEnd"/>
    </w:p>
    <w:p w14:paraId="245C76CB" w14:textId="27723DB7" w:rsidR="00C73AFB" w:rsidRDefault="00C73AFB" w:rsidP="004160C0">
      <w:pPr>
        <w:spacing w:before="100" w:after="60" w:line="276" w:lineRule="auto"/>
        <w:jc w:val="both"/>
        <w:rPr>
          <w:rFonts w:ascii="Arial" w:hAnsi="Arial" w:cs="Arial"/>
          <w:bCs/>
          <w:color w:val="262626" w:themeColor="text1" w:themeTint="D9"/>
          <w:sz w:val="24"/>
          <w:szCs w:val="24"/>
        </w:rPr>
      </w:pPr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Solicit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restituirea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soldului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de Credit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neutilizat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din Portofel,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în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contul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bancar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indicat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mai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sus, conform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Secțiuni</w:t>
      </w:r>
      <w:r w:rsidR="0089005D">
        <w:rPr>
          <w:rFonts w:ascii="Arial" w:hAnsi="Arial" w:cs="Arial"/>
          <w:bCs/>
          <w:color w:val="262626" w:themeColor="text1" w:themeTint="D9"/>
          <w:sz w:val="24"/>
          <w:szCs w:val="24"/>
        </w:rPr>
        <w:t>lor</w:t>
      </w:r>
      <w:proofErr w:type="spellEnd"/>
      <w:r w:rsidR="0089005D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3, </w:t>
      </w:r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8</w:t>
      </w:r>
      <w:r w:rsidR="0089005D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, 9 </w:t>
      </w:r>
      <w:proofErr w:type="spellStart"/>
      <w:r w:rsidR="0089005D">
        <w:rPr>
          <w:rFonts w:ascii="Arial" w:hAnsi="Arial" w:cs="Arial"/>
          <w:bCs/>
          <w:color w:val="262626" w:themeColor="text1" w:themeTint="D9"/>
          <w:sz w:val="24"/>
          <w:szCs w:val="24"/>
        </w:rPr>
        <w:t>și</w:t>
      </w:r>
      <w:proofErr w:type="spellEnd"/>
      <w:r w:rsidR="0089005D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10</w:t>
      </w:r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din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Termenii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și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Condițiile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Serviciului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Self Print.</w:t>
      </w:r>
    </w:p>
    <w:p w14:paraId="51956A35" w14:textId="77777777" w:rsidR="00C73AFB" w:rsidRDefault="00C73AFB" w:rsidP="004160C0">
      <w:pPr>
        <w:spacing w:before="100" w:after="60" w:line="276" w:lineRule="auto"/>
        <w:jc w:val="both"/>
        <w:rPr>
          <w:rFonts w:ascii="Arial" w:hAnsi="Arial" w:cs="Arial"/>
          <w:bCs/>
          <w:color w:val="262626" w:themeColor="text1" w:themeTint="D9"/>
          <w:sz w:val="24"/>
          <w:szCs w:val="24"/>
        </w:rPr>
      </w:pPr>
    </w:p>
    <w:p w14:paraId="0BEEE057" w14:textId="3E4404EA" w:rsidR="00C73AFB" w:rsidRPr="00C73AFB" w:rsidRDefault="00C73AFB" w:rsidP="004160C0">
      <w:pPr>
        <w:spacing w:before="100" w:after="60" w:line="276" w:lineRule="auto"/>
        <w:jc w:val="both"/>
        <w:rPr>
          <w:rFonts w:ascii="Arial" w:hAnsi="Arial" w:cs="Arial"/>
          <w:bCs/>
          <w:color w:val="262626" w:themeColor="text1" w:themeTint="D9"/>
          <w:sz w:val="24"/>
          <w:szCs w:val="24"/>
        </w:rPr>
      </w:pPr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Suma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restituită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este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soldul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de Credit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neutilizat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existent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în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Portofel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la data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înregistrării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cererii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,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verificat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de EUROCOM S.A.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Restituirea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se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efectuează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în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maximum 14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zile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de la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înregistrarea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 xml:space="preserve"> </w:t>
      </w:r>
      <w:proofErr w:type="spellStart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cererii</w:t>
      </w:r>
      <w:proofErr w:type="spellEnd"/>
      <w:r w:rsidRPr="00C73AFB">
        <w:rPr>
          <w:rFonts w:ascii="Arial" w:hAnsi="Arial" w:cs="Arial"/>
          <w:bCs/>
          <w:color w:val="262626" w:themeColor="text1" w:themeTint="D9"/>
          <w:sz w:val="24"/>
          <w:szCs w:val="24"/>
        </w:rPr>
        <w:t>.</w:t>
      </w:r>
    </w:p>
    <w:p w14:paraId="0BDAA2E2" w14:textId="77777777" w:rsidR="00C73AFB" w:rsidRPr="00C73AFB" w:rsidRDefault="00C73AFB" w:rsidP="004160C0">
      <w:pPr>
        <w:spacing w:before="100" w:after="60" w:line="276" w:lineRule="auto"/>
        <w:rPr>
          <w:rFonts w:ascii="Arial" w:hAnsi="Arial" w:cs="Arial"/>
          <w:bCs/>
          <w:color w:val="262626" w:themeColor="text1" w:themeTint="D9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</w:tblBorders>
        <w:shd w:val="clear" w:color="auto" w:fill="E8EAEB"/>
        <w:tblLayout w:type="fixed"/>
        <w:tblLook w:val="04A0" w:firstRow="1" w:lastRow="0" w:firstColumn="1" w:lastColumn="0" w:noHBand="0" w:noVBand="1"/>
      </w:tblPr>
      <w:tblGrid>
        <w:gridCol w:w="10312"/>
      </w:tblGrid>
      <w:tr w:rsidR="00E80CF0" w:rsidRPr="00E80CF0" w14:paraId="228E0600" w14:textId="77777777" w:rsidTr="00E80CF0">
        <w:trPr>
          <w:jc w:val="center"/>
        </w:trPr>
        <w:tc>
          <w:tcPr>
            <w:tcW w:w="10312" w:type="dxa"/>
            <w:shd w:val="clear" w:color="auto" w:fill="E8EAEB"/>
            <w:tcMar>
              <w:top w:w="45" w:type="dxa"/>
              <w:left w:w="110" w:type="dxa"/>
              <w:bottom w:w="45" w:type="dxa"/>
              <w:right w:w="110" w:type="dxa"/>
            </w:tcMar>
          </w:tcPr>
          <w:p w14:paraId="2C826CA0" w14:textId="77777777" w:rsidR="00CA1A54" w:rsidRPr="00E80CF0" w:rsidRDefault="008B3ABE" w:rsidP="004160C0">
            <w:pPr>
              <w:spacing w:after="0" w:line="276" w:lineRule="auto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 w:rsidRPr="00E80CF0">
              <w:rPr>
                <w:rFonts w:ascii="Arial" w:hAnsi="Arial" w:cs="Arial"/>
                <w:b/>
                <w:color w:val="262626" w:themeColor="text1" w:themeTint="D9"/>
                <w:sz w:val="28"/>
                <w:szCs w:val="28"/>
              </w:rPr>
              <w:t>4. DECLARAȚIE ȘI ACORD PRIVIND DATELE</w:t>
            </w:r>
          </w:p>
        </w:tc>
      </w:tr>
    </w:tbl>
    <w:p w14:paraId="3D88F99A" w14:textId="77777777" w:rsidR="00CA1A54" w:rsidRPr="00E80CF0" w:rsidRDefault="00CA1A54" w:rsidP="004160C0">
      <w:pPr>
        <w:spacing w:after="0" w:line="276" w:lineRule="auto"/>
        <w:rPr>
          <w:rFonts w:ascii="Arial" w:hAnsi="Arial" w:cs="Arial"/>
          <w:color w:val="262626" w:themeColor="text1" w:themeTint="D9"/>
          <w:sz w:val="24"/>
          <w:szCs w:val="24"/>
        </w:rPr>
      </w:pPr>
    </w:p>
    <w:p w14:paraId="29154EF1" w14:textId="77777777" w:rsidR="004160C0" w:rsidRPr="004160C0" w:rsidRDefault="004160C0" w:rsidP="004160C0">
      <w:pPr>
        <w:spacing w:before="40" w:after="60" w:line="276" w:lineRule="auto"/>
        <w:rPr>
          <w:rFonts w:ascii="Arial" w:hAnsi="Arial" w:cs="Arial"/>
          <w:color w:val="262626" w:themeColor="text1" w:themeTint="D9"/>
          <w:sz w:val="24"/>
          <w:szCs w:val="24"/>
          <w:lang w:val="en-GB"/>
        </w:rPr>
      </w:pP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Declar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pe propria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răspundere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că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datele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completate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în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prezentul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formular sunt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corecte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și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complete,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că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sunt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titularul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Contului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și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al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cardului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de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acces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menționat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mai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sus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și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că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sunt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titularul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contului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bancar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indicat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pentru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restituire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.</w:t>
      </w:r>
    </w:p>
    <w:p w14:paraId="318233D7" w14:textId="77777777" w:rsidR="004160C0" w:rsidRPr="004160C0" w:rsidRDefault="004160C0" w:rsidP="004160C0">
      <w:pPr>
        <w:spacing w:before="40" w:after="60" w:line="276" w:lineRule="auto"/>
        <w:rPr>
          <w:rFonts w:ascii="Arial" w:hAnsi="Arial" w:cs="Arial"/>
          <w:color w:val="262626" w:themeColor="text1" w:themeTint="D9"/>
          <w:sz w:val="24"/>
          <w:szCs w:val="24"/>
          <w:lang w:val="en-GB"/>
        </w:rPr>
      </w:pP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Înțeleg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că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informațiile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incomplete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sau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eronate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pot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împiedica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verificarea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și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soluționarea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cererii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.</w:t>
      </w:r>
    </w:p>
    <w:p w14:paraId="584B96BD" w14:textId="48DCDFEB" w:rsidR="00E80CF0" w:rsidRDefault="004160C0" w:rsidP="004160C0">
      <w:pPr>
        <w:spacing w:before="40" w:after="60" w:line="276" w:lineRule="auto"/>
        <w:rPr>
          <w:rFonts w:ascii="Arial" w:hAnsi="Arial" w:cs="Arial"/>
          <w:color w:val="262626" w:themeColor="text1" w:themeTint="D9"/>
          <w:sz w:val="24"/>
          <w:szCs w:val="24"/>
          <w:lang w:val="en-GB"/>
        </w:rPr>
      </w:pP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Datele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cu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caracter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personal sunt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prelucrate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de EUROCOM S.A.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în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scopul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verificării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și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soluționării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prezentei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cereri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, conform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Politicii</w:t>
      </w:r>
      <w:proofErr w:type="spellEnd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 xml:space="preserve"> de </w:t>
      </w:r>
      <w:proofErr w:type="spellStart"/>
      <w:r w:rsidRPr="004160C0"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Confidențialitate</w:t>
      </w:r>
      <w:proofErr w:type="spellEnd"/>
      <w:r>
        <w:rPr>
          <w:rFonts w:ascii="Arial" w:hAnsi="Arial" w:cs="Arial"/>
          <w:color w:val="262626" w:themeColor="text1" w:themeTint="D9"/>
          <w:sz w:val="24"/>
          <w:szCs w:val="24"/>
          <w:lang w:val="en-GB"/>
        </w:rPr>
        <w:t>.</w:t>
      </w:r>
    </w:p>
    <w:p w14:paraId="62F9F3FC" w14:textId="77777777" w:rsidR="004160C0" w:rsidRPr="004160C0" w:rsidRDefault="004160C0" w:rsidP="004160C0">
      <w:pPr>
        <w:spacing w:before="40" w:after="60" w:line="276" w:lineRule="auto"/>
        <w:rPr>
          <w:rFonts w:ascii="Arial" w:hAnsi="Arial" w:cs="Arial"/>
          <w:color w:val="262626" w:themeColor="text1" w:themeTint="D9"/>
          <w:sz w:val="24"/>
          <w:szCs w:val="24"/>
          <w:lang w:val="en-GB"/>
        </w:rPr>
      </w:pPr>
    </w:p>
    <w:p w14:paraId="055BD876" w14:textId="666553C5" w:rsidR="00CA1A54" w:rsidRPr="00E80CF0" w:rsidRDefault="008B3ABE" w:rsidP="004160C0">
      <w:pPr>
        <w:spacing w:before="40" w:after="60" w:line="276" w:lineRule="auto"/>
        <w:rPr>
          <w:rFonts w:ascii="Arial" w:hAnsi="Arial" w:cs="Arial"/>
          <w:b/>
          <w:color w:val="262626" w:themeColor="text1" w:themeTint="D9"/>
          <w:sz w:val="24"/>
          <w:szCs w:val="24"/>
        </w:rPr>
      </w:pPr>
      <w:r w:rsidRPr="00E80CF0">
        <w:rPr>
          <w:rFonts w:ascii="Segoe UI Symbol" w:hAnsi="Segoe UI Symbol" w:cs="Segoe UI Symbol"/>
          <w:b/>
          <w:color w:val="262626" w:themeColor="text1" w:themeTint="D9"/>
          <w:sz w:val="24"/>
          <w:szCs w:val="24"/>
        </w:rPr>
        <w:t>☐</w:t>
      </w:r>
      <w:r w:rsidRPr="00E80CF0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Am </w:t>
      </w:r>
      <w:proofErr w:type="spellStart"/>
      <w:r w:rsidRPr="00E80CF0">
        <w:rPr>
          <w:rFonts w:ascii="Arial" w:hAnsi="Arial" w:cs="Arial"/>
          <w:b/>
          <w:color w:val="262626" w:themeColor="text1" w:themeTint="D9"/>
          <w:sz w:val="24"/>
          <w:szCs w:val="24"/>
        </w:rPr>
        <w:t>citit</w:t>
      </w:r>
      <w:proofErr w:type="spellEnd"/>
      <w:r w:rsidRPr="00E80CF0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proofErr w:type="spellStart"/>
      <w:r w:rsidRPr="00E80CF0">
        <w:rPr>
          <w:rFonts w:ascii="Arial" w:hAnsi="Arial" w:cs="Arial"/>
          <w:b/>
          <w:color w:val="262626" w:themeColor="text1" w:themeTint="D9"/>
          <w:sz w:val="24"/>
          <w:szCs w:val="24"/>
        </w:rPr>
        <w:t>informarea</w:t>
      </w:r>
      <w:proofErr w:type="spellEnd"/>
      <w:r w:rsidRPr="00E80CF0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proofErr w:type="spellStart"/>
      <w:r w:rsidRPr="00E80CF0">
        <w:rPr>
          <w:rFonts w:ascii="Arial" w:hAnsi="Arial" w:cs="Arial"/>
          <w:b/>
          <w:color w:val="262626" w:themeColor="text1" w:themeTint="D9"/>
          <w:sz w:val="24"/>
          <w:szCs w:val="24"/>
        </w:rPr>
        <w:t>privind</w:t>
      </w:r>
      <w:proofErr w:type="spellEnd"/>
      <w:r w:rsidRPr="00E80CF0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proofErr w:type="spellStart"/>
      <w:r w:rsidRPr="00E80CF0">
        <w:rPr>
          <w:rFonts w:ascii="Arial" w:hAnsi="Arial" w:cs="Arial"/>
          <w:b/>
          <w:color w:val="262626" w:themeColor="text1" w:themeTint="D9"/>
          <w:sz w:val="24"/>
          <w:szCs w:val="24"/>
        </w:rPr>
        <w:t>prelucrarea</w:t>
      </w:r>
      <w:proofErr w:type="spellEnd"/>
      <w:r w:rsidRPr="00E80CF0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proofErr w:type="spellStart"/>
      <w:r w:rsidRPr="00E80CF0">
        <w:rPr>
          <w:rFonts w:ascii="Arial" w:hAnsi="Arial" w:cs="Arial"/>
          <w:b/>
          <w:color w:val="262626" w:themeColor="text1" w:themeTint="D9"/>
          <w:sz w:val="24"/>
          <w:szCs w:val="24"/>
        </w:rPr>
        <w:t>datelor</w:t>
      </w:r>
      <w:proofErr w:type="spellEnd"/>
      <w:r w:rsidRPr="00E80CF0">
        <w:rPr>
          <w:rFonts w:ascii="Arial" w:hAnsi="Arial" w:cs="Arial"/>
          <w:b/>
          <w:color w:val="262626" w:themeColor="text1" w:themeTint="D9"/>
          <w:sz w:val="24"/>
          <w:szCs w:val="24"/>
        </w:rPr>
        <w:t xml:space="preserve"> </w:t>
      </w:r>
      <w:proofErr w:type="spellStart"/>
      <w:r w:rsidRPr="00E80CF0">
        <w:rPr>
          <w:rFonts w:ascii="Arial" w:hAnsi="Arial" w:cs="Arial"/>
          <w:b/>
          <w:color w:val="262626" w:themeColor="text1" w:themeTint="D9"/>
          <w:sz w:val="24"/>
          <w:szCs w:val="24"/>
        </w:rPr>
        <w:t>personale</w:t>
      </w:r>
      <w:proofErr w:type="spellEnd"/>
      <w:r w:rsidRPr="00E80CF0">
        <w:rPr>
          <w:rFonts w:ascii="Arial" w:hAnsi="Arial" w:cs="Arial"/>
          <w:b/>
          <w:color w:val="262626" w:themeColor="text1" w:themeTint="D9"/>
          <w:sz w:val="24"/>
          <w:szCs w:val="24"/>
        </w:rPr>
        <w:t>.</w:t>
      </w:r>
    </w:p>
    <w:p w14:paraId="6F38E14C" w14:textId="77777777" w:rsidR="0058084C" w:rsidRPr="00E80CF0" w:rsidRDefault="0058084C">
      <w:pPr>
        <w:spacing w:before="40" w:after="60"/>
        <w:rPr>
          <w:rFonts w:ascii="Arial" w:hAnsi="Arial" w:cs="Arial"/>
          <w:color w:val="262626" w:themeColor="text1" w:themeTint="D9"/>
          <w:sz w:val="24"/>
          <w:szCs w:val="24"/>
        </w:rPr>
      </w:pPr>
    </w:p>
    <w:tbl>
      <w:tblPr>
        <w:tblW w:w="9362" w:type="dxa"/>
        <w:jc w:val="center"/>
        <w:tbl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404040" w:themeColor="text1" w:themeTint="BF"/>
          <w:insideV w:val="single" w:sz="4" w:space="0" w:color="404040" w:themeColor="text1" w:themeTint="BF"/>
        </w:tblBorders>
        <w:tblLayout w:type="fixed"/>
        <w:tblLook w:val="04A0" w:firstRow="1" w:lastRow="0" w:firstColumn="1" w:lastColumn="0" w:noHBand="0" w:noVBand="1"/>
      </w:tblPr>
      <w:tblGrid>
        <w:gridCol w:w="5534"/>
        <w:gridCol w:w="3828"/>
      </w:tblGrid>
      <w:tr w:rsidR="00E80CF0" w:rsidRPr="00E80CF0" w14:paraId="5476D3A7" w14:textId="77777777" w:rsidTr="00CB5F5B">
        <w:trPr>
          <w:jc w:val="center"/>
        </w:trPr>
        <w:tc>
          <w:tcPr>
            <w:tcW w:w="5534" w:type="dxa"/>
            <w:tcBorders>
              <w:bottom w:val="single" w:sz="4" w:space="0" w:color="404040" w:themeColor="text1" w:themeTint="B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2F8BD446" w14:textId="77777777" w:rsidR="00CA1A54" w:rsidRPr="00E80CF0" w:rsidRDefault="008B3ABE" w:rsidP="0091593C">
            <w:pPr>
              <w:spacing w:after="0"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Data</w:t>
            </w:r>
          </w:p>
          <w:p w14:paraId="27528C94" w14:textId="77777777" w:rsidR="0058084C" w:rsidRPr="00E80CF0" w:rsidRDefault="0058084C" w:rsidP="0091593C">
            <w:pPr>
              <w:spacing w:after="0"/>
              <w:jc w:val="center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  <w:p w14:paraId="225B5E1E" w14:textId="3541A88E" w:rsidR="00CA1A54" w:rsidRPr="00E80CF0" w:rsidRDefault="00C837D7" w:rsidP="0091593C">
            <w:pPr>
              <w:spacing w:after="0"/>
              <w:jc w:val="center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 w:rsidRPr="00E80CF0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____</w:t>
            </w:r>
            <w:r w:rsidR="008B3ABE" w:rsidRPr="00E80CF0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 xml:space="preserve"> /</w:t>
            </w:r>
            <w:r w:rsidRPr="00E80CF0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____</w:t>
            </w:r>
            <w:r w:rsidR="008B3ABE" w:rsidRPr="00E80CF0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 xml:space="preserve"> / </w:t>
            </w:r>
            <w:r w:rsidRPr="00E80CF0"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>______</w:t>
            </w:r>
          </w:p>
        </w:tc>
        <w:tc>
          <w:tcPr>
            <w:tcW w:w="3828" w:type="dxa"/>
            <w:tcBorders>
              <w:bottom w:val="single" w:sz="4" w:space="0" w:color="404040" w:themeColor="text1" w:themeTint="BF"/>
            </w:tcBorders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D2D3950" w14:textId="77777777" w:rsidR="00C25915" w:rsidRPr="00E80CF0" w:rsidRDefault="00C25915" w:rsidP="00C25915">
            <w:pPr>
              <w:spacing w:after="0"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</w:p>
          <w:p w14:paraId="09B8B2B0" w14:textId="6054A991" w:rsidR="00C25915" w:rsidRPr="00E80CF0" w:rsidRDefault="00C25915" w:rsidP="00C25915">
            <w:pPr>
              <w:spacing w:after="0"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proofErr w:type="spellStart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Nume</w:t>
            </w:r>
            <w:proofErr w:type="spellEnd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 </w:t>
            </w:r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  <w:lang w:val="ro-RO"/>
              </w:rPr>
              <w:t xml:space="preserve">și prenume </w:t>
            </w:r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Client</w:t>
            </w:r>
          </w:p>
          <w:p w14:paraId="0EFECF29" w14:textId="77777777" w:rsidR="00C25915" w:rsidRPr="00E80CF0" w:rsidRDefault="00C25915" w:rsidP="00E80CF0">
            <w:pPr>
              <w:spacing w:after="0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</w:p>
          <w:p w14:paraId="605E084C" w14:textId="77777777" w:rsidR="00C25915" w:rsidRPr="00E80CF0" w:rsidRDefault="00C25915" w:rsidP="00C25915">
            <w:pPr>
              <w:spacing w:after="0"/>
              <w:jc w:val="center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  <w:p w14:paraId="1BAAA7F3" w14:textId="7F6A2702" w:rsidR="00C25915" w:rsidRPr="00E80CF0" w:rsidRDefault="004160C0" w:rsidP="00C25915">
            <w:pPr>
              <w:spacing w:after="0"/>
              <w:jc w:val="center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 xml:space="preserve"> </w:t>
            </w:r>
          </w:p>
          <w:p w14:paraId="02A2C784" w14:textId="77777777" w:rsidR="00C837D7" w:rsidRPr="00E80CF0" w:rsidRDefault="00C837D7" w:rsidP="00C25915">
            <w:pPr>
              <w:spacing w:after="0"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</w:p>
          <w:p w14:paraId="7CF9D424" w14:textId="3CF892C6" w:rsidR="00C25915" w:rsidRPr="00E80CF0" w:rsidRDefault="00C25915" w:rsidP="00C25915">
            <w:pPr>
              <w:spacing w:after="0"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Semnătură Client</w:t>
            </w:r>
          </w:p>
          <w:p w14:paraId="174C5221" w14:textId="77777777" w:rsidR="00C25915" w:rsidRPr="00E80CF0" w:rsidRDefault="00C25915" w:rsidP="00C25915">
            <w:pPr>
              <w:spacing w:after="0"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</w:p>
          <w:p w14:paraId="644D4DEE" w14:textId="77777777" w:rsidR="00C25915" w:rsidRPr="00E80CF0" w:rsidRDefault="00C25915" w:rsidP="00E80CF0">
            <w:pPr>
              <w:spacing w:after="0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  <w:p w14:paraId="47CDE17E" w14:textId="687C8DB5" w:rsidR="00C837D7" w:rsidRPr="00E80CF0" w:rsidRDefault="004160C0" w:rsidP="00C837D7">
            <w:pPr>
              <w:spacing w:after="0"/>
              <w:jc w:val="center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  <w:r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  <w:t xml:space="preserve"> </w:t>
            </w:r>
          </w:p>
          <w:p w14:paraId="11DFDEE6" w14:textId="0BB728E6" w:rsidR="00F025FE" w:rsidRPr="00E80CF0" w:rsidRDefault="00F025FE" w:rsidP="00F025FE">
            <w:pPr>
              <w:spacing w:after="0"/>
              <w:jc w:val="center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</w:tr>
      <w:tr w:rsidR="00E80CF0" w:rsidRPr="00E80CF0" w14:paraId="52487F49" w14:textId="77777777" w:rsidTr="00CB5F5B">
        <w:trPr>
          <w:trHeight w:val="2688"/>
          <w:jc w:val="center"/>
        </w:trPr>
        <w:tc>
          <w:tcPr>
            <w:tcW w:w="9362" w:type="dxa"/>
            <w:gridSpan w:val="2"/>
            <w:tcMar>
              <w:top w:w="55" w:type="dxa"/>
              <w:left w:w="100" w:type="dxa"/>
              <w:bottom w:w="55" w:type="dxa"/>
              <w:right w:w="100" w:type="dxa"/>
            </w:tcMar>
            <w:vAlign w:val="center"/>
          </w:tcPr>
          <w:p w14:paraId="0AC7F829" w14:textId="77777777" w:rsidR="00C25915" w:rsidRPr="00E80CF0" w:rsidRDefault="00C25915" w:rsidP="0091593C">
            <w:pPr>
              <w:spacing w:after="0"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</w:p>
          <w:p w14:paraId="2394530C" w14:textId="7DFDC052" w:rsidR="00C25915" w:rsidRPr="00E80CF0" w:rsidRDefault="00C25915" w:rsidP="0091593C">
            <w:pPr>
              <w:spacing w:after="0"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proofErr w:type="spellStart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Nume</w:t>
            </w:r>
            <w:proofErr w:type="spellEnd"/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 </w:t>
            </w:r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  <w:lang w:val="ro-RO"/>
              </w:rPr>
              <w:t xml:space="preserve">și prenume </w:t>
            </w:r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operator Copy Center</w:t>
            </w:r>
          </w:p>
          <w:p w14:paraId="1E0E7FED" w14:textId="77777777" w:rsidR="00C25915" w:rsidRPr="00E80CF0" w:rsidRDefault="00C25915" w:rsidP="0091593C">
            <w:pPr>
              <w:spacing w:after="0"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</w:p>
          <w:p w14:paraId="365F3840" w14:textId="77777777" w:rsidR="00C25915" w:rsidRPr="00E80CF0" w:rsidRDefault="00C25915" w:rsidP="0091593C">
            <w:pPr>
              <w:spacing w:after="0"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</w:p>
          <w:p w14:paraId="6886E722" w14:textId="6907DE06" w:rsidR="00C25915" w:rsidRPr="00E80CF0" w:rsidRDefault="00C25915" w:rsidP="004160C0">
            <w:pPr>
              <w:spacing w:after="0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  <w:p w14:paraId="206A10E4" w14:textId="74D3483B" w:rsidR="00C25915" w:rsidRPr="00E80CF0" w:rsidRDefault="00C25915" w:rsidP="00F025FE">
            <w:pPr>
              <w:spacing w:after="0"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</w:p>
          <w:p w14:paraId="26A3D562" w14:textId="18131D29" w:rsidR="00C25915" w:rsidRPr="00E80CF0" w:rsidRDefault="00C25915" w:rsidP="00F025FE">
            <w:pPr>
              <w:spacing w:after="0"/>
              <w:jc w:val="center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Semnătur</w:t>
            </w:r>
            <w:r w:rsidR="00E80CF0"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>ă</w:t>
            </w:r>
            <w:r w:rsidRPr="00E80CF0"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  <w:t xml:space="preserve"> operator Copy Center</w:t>
            </w:r>
          </w:p>
          <w:p w14:paraId="61230DE2" w14:textId="1711D1C6" w:rsidR="00C25915" w:rsidRPr="00E80CF0" w:rsidRDefault="00C25915" w:rsidP="004160C0">
            <w:pPr>
              <w:spacing w:after="0"/>
              <w:rPr>
                <w:rFonts w:ascii="Arial" w:hAnsi="Arial" w:cs="Arial"/>
                <w:b/>
                <w:color w:val="262626" w:themeColor="text1" w:themeTint="D9"/>
                <w:sz w:val="24"/>
                <w:szCs w:val="24"/>
              </w:rPr>
            </w:pPr>
          </w:p>
          <w:p w14:paraId="75186C5F" w14:textId="77777777" w:rsidR="00C25915" w:rsidRPr="00E80CF0" w:rsidRDefault="00C25915" w:rsidP="00F025FE">
            <w:pPr>
              <w:spacing w:after="0"/>
              <w:jc w:val="center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  <w:p w14:paraId="4D97CF10" w14:textId="77777777" w:rsidR="00C25915" w:rsidRDefault="00C25915" w:rsidP="004160C0">
            <w:pPr>
              <w:spacing w:after="0"/>
              <w:jc w:val="center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  <w:p w14:paraId="306CA025" w14:textId="1EF89EC5" w:rsidR="009E382D" w:rsidRPr="00E80CF0" w:rsidRDefault="009E382D" w:rsidP="004160C0">
            <w:pPr>
              <w:spacing w:after="0"/>
              <w:jc w:val="center"/>
              <w:rPr>
                <w:rFonts w:ascii="Arial" w:hAnsi="Arial" w:cs="Arial"/>
                <w:color w:val="262626" w:themeColor="text1" w:themeTint="D9"/>
                <w:sz w:val="24"/>
                <w:szCs w:val="24"/>
              </w:rPr>
            </w:pPr>
          </w:p>
        </w:tc>
      </w:tr>
    </w:tbl>
    <w:p w14:paraId="47C58EC5" w14:textId="6776C081" w:rsidR="004160C0" w:rsidRPr="004160C0" w:rsidRDefault="004160C0" w:rsidP="004160C0">
      <w:pPr>
        <w:tabs>
          <w:tab w:val="left" w:pos="1215"/>
        </w:tabs>
        <w:rPr>
          <w:rFonts w:ascii="Arial" w:hAnsi="Arial" w:cs="Arial"/>
          <w:sz w:val="24"/>
          <w:szCs w:val="24"/>
        </w:rPr>
      </w:pPr>
    </w:p>
    <w:sectPr w:rsidR="004160C0" w:rsidRPr="004160C0" w:rsidSect="004160C0">
      <w:footerReference w:type="default" r:id="rId9"/>
      <w:pgSz w:w="11906" w:h="16838" w:code="9"/>
      <w:pgMar w:top="425" w:right="964" w:bottom="425" w:left="964" w:header="850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6079A" w14:textId="77777777" w:rsidR="00237F96" w:rsidRDefault="00237F96">
      <w:pPr>
        <w:spacing w:after="0" w:line="240" w:lineRule="auto"/>
      </w:pPr>
      <w:r>
        <w:separator/>
      </w:r>
    </w:p>
  </w:endnote>
  <w:endnote w:type="continuationSeparator" w:id="0">
    <w:p w14:paraId="10511FEB" w14:textId="77777777" w:rsidR="00237F96" w:rsidRDefault="00237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B0B5C" w14:textId="77777777" w:rsidR="00DD39BB" w:rsidRPr="00DD39BB" w:rsidRDefault="00615B45">
    <w:pPr>
      <w:pStyle w:val="Footer"/>
      <w:jc w:val="center"/>
      <w:rPr>
        <w:b/>
        <w:bCs/>
        <w:color w:val="000000" w:themeColor="text1"/>
        <w:sz w:val="22"/>
      </w:rPr>
    </w:pPr>
    <w:r w:rsidRPr="00DD39BB">
      <w:rPr>
        <w:b/>
        <w:bCs/>
        <w:color w:val="000000" w:themeColor="text1"/>
        <w:sz w:val="22"/>
      </w:rPr>
      <w:t>EUROCOM S.A.</w:t>
    </w:r>
  </w:p>
  <w:p w14:paraId="37F3DF40" w14:textId="77777777" w:rsidR="00DD39BB" w:rsidRPr="00DD39BB" w:rsidRDefault="008B3ABE">
    <w:pPr>
      <w:pStyle w:val="Footer"/>
      <w:jc w:val="center"/>
      <w:rPr>
        <w:color w:val="000000" w:themeColor="text1"/>
        <w:sz w:val="20"/>
        <w:szCs w:val="20"/>
      </w:rPr>
    </w:pPr>
    <w:r w:rsidRPr="00DD39BB">
      <w:rPr>
        <w:color w:val="000000" w:themeColor="text1"/>
        <w:sz w:val="20"/>
        <w:szCs w:val="20"/>
      </w:rPr>
      <w:t>CUI</w:t>
    </w:r>
    <w:r w:rsidR="008D7686" w:rsidRPr="00DD39BB">
      <w:rPr>
        <w:color w:val="000000" w:themeColor="text1"/>
        <w:sz w:val="20"/>
        <w:szCs w:val="20"/>
      </w:rPr>
      <w:t>: 1643888</w:t>
    </w:r>
  </w:p>
  <w:p w14:paraId="42642BC6" w14:textId="05577CCA" w:rsidR="00C9492F" w:rsidRPr="00DD39BB" w:rsidRDefault="008B3ABE">
    <w:pPr>
      <w:pStyle w:val="Footer"/>
      <w:jc w:val="center"/>
      <w:rPr>
        <w:color w:val="000000" w:themeColor="text1"/>
        <w:sz w:val="20"/>
        <w:szCs w:val="20"/>
      </w:rPr>
    </w:pPr>
    <w:r w:rsidRPr="00DD39BB">
      <w:rPr>
        <w:color w:val="000000" w:themeColor="text1"/>
        <w:sz w:val="20"/>
        <w:szCs w:val="20"/>
      </w:rPr>
      <w:t xml:space="preserve"> </w:t>
    </w:r>
    <w:proofErr w:type="spellStart"/>
    <w:r w:rsidRPr="00DD39BB">
      <w:rPr>
        <w:color w:val="000000" w:themeColor="text1"/>
        <w:sz w:val="20"/>
        <w:szCs w:val="20"/>
      </w:rPr>
      <w:t>Sediu</w:t>
    </w:r>
    <w:proofErr w:type="spellEnd"/>
    <w:r w:rsidR="008D7686" w:rsidRPr="00DD39BB">
      <w:rPr>
        <w:color w:val="000000" w:themeColor="text1"/>
        <w:sz w:val="20"/>
        <w:szCs w:val="20"/>
      </w:rPr>
      <w:t xml:space="preserve"> Copy Center:</w:t>
    </w:r>
    <w:r w:rsidR="00C9492F" w:rsidRPr="00DD39BB">
      <w:rPr>
        <w:color w:val="000000" w:themeColor="text1"/>
        <w:sz w:val="20"/>
        <w:szCs w:val="20"/>
      </w:rPr>
      <w:t xml:space="preserve"> Str. </w:t>
    </w:r>
    <w:proofErr w:type="spellStart"/>
    <w:r w:rsidR="00C9492F" w:rsidRPr="00DD39BB">
      <w:rPr>
        <w:color w:val="000000" w:themeColor="text1"/>
        <w:sz w:val="20"/>
        <w:szCs w:val="20"/>
      </w:rPr>
      <w:t>Academiei</w:t>
    </w:r>
    <w:proofErr w:type="spellEnd"/>
    <w:r w:rsidR="00C9492F" w:rsidRPr="00DD39BB">
      <w:rPr>
        <w:color w:val="000000" w:themeColor="text1"/>
        <w:sz w:val="20"/>
        <w:szCs w:val="20"/>
      </w:rPr>
      <w:t xml:space="preserve"> nr. 18-20,</w:t>
    </w:r>
    <w:r w:rsidR="00DD39BB" w:rsidRPr="00DD39BB">
      <w:rPr>
        <w:color w:val="000000" w:themeColor="text1"/>
        <w:sz w:val="20"/>
        <w:szCs w:val="20"/>
      </w:rPr>
      <w:t xml:space="preserve"> 030167,</w:t>
    </w:r>
    <w:r w:rsidR="00C9492F" w:rsidRPr="00DD39BB">
      <w:rPr>
        <w:color w:val="000000" w:themeColor="text1"/>
        <w:sz w:val="20"/>
        <w:szCs w:val="20"/>
      </w:rPr>
      <w:t xml:space="preserve"> Sector 1, </w:t>
    </w:r>
    <w:proofErr w:type="spellStart"/>
    <w:r w:rsidR="00C837D7">
      <w:rPr>
        <w:color w:val="000000" w:themeColor="text1"/>
        <w:sz w:val="20"/>
        <w:szCs w:val="20"/>
      </w:rPr>
      <w:t>București</w:t>
    </w:r>
    <w:proofErr w:type="spellEnd"/>
    <w:r w:rsidRPr="00DD39BB">
      <w:rPr>
        <w:color w:val="000000" w:themeColor="text1"/>
        <w:sz w:val="20"/>
        <w:szCs w:val="20"/>
      </w:rPr>
      <w:t xml:space="preserve"> </w:t>
    </w:r>
  </w:p>
  <w:p w14:paraId="337D1129" w14:textId="263CA9B6" w:rsidR="00CA1A54" w:rsidRPr="00DD39BB" w:rsidRDefault="008B3ABE">
    <w:pPr>
      <w:pStyle w:val="Footer"/>
      <w:jc w:val="center"/>
      <w:rPr>
        <w:color w:val="000000" w:themeColor="text1"/>
        <w:sz w:val="20"/>
        <w:szCs w:val="20"/>
      </w:rPr>
    </w:pPr>
    <w:r w:rsidRPr="00DD39BB">
      <w:rPr>
        <w:color w:val="000000" w:themeColor="text1"/>
        <w:sz w:val="20"/>
        <w:szCs w:val="20"/>
      </w:rPr>
      <w:t xml:space="preserve">E-mail: </w:t>
    </w:r>
    <w:hyperlink r:id="rId1" w:history="1">
      <w:r w:rsidR="00C9492F" w:rsidRPr="00DD39BB">
        <w:rPr>
          <w:rStyle w:val="Hyperlink"/>
          <w:color w:val="000000" w:themeColor="text1"/>
          <w:sz w:val="20"/>
          <w:szCs w:val="20"/>
        </w:rPr>
        <w:t>copycenter@eurocom.ro</w:t>
      </w:r>
    </w:hyperlink>
    <w:r w:rsidRPr="00DD39BB">
      <w:rPr>
        <w:color w:val="000000" w:themeColor="text1"/>
        <w:sz w:val="20"/>
        <w:szCs w:val="20"/>
      </w:rPr>
      <w:t xml:space="preserve"> | </w:t>
    </w:r>
    <w:proofErr w:type="spellStart"/>
    <w:r w:rsidRPr="00DD39BB">
      <w:rPr>
        <w:color w:val="000000" w:themeColor="text1"/>
        <w:sz w:val="20"/>
        <w:szCs w:val="20"/>
      </w:rPr>
      <w:t>Telefon</w:t>
    </w:r>
    <w:proofErr w:type="spellEnd"/>
    <w:r w:rsidRPr="00DD39BB">
      <w:rPr>
        <w:color w:val="000000" w:themeColor="text1"/>
        <w:sz w:val="20"/>
        <w:szCs w:val="20"/>
      </w:rPr>
      <w:t xml:space="preserve">: </w:t>
    </w:r>
    <w:r w:rsidR="001A448C" w:rsidRPr="00DD39BB">
      <w:rPr>
        <w:color w:val="000000" w:themeColor="text1"/>
        <w:sz w:val="20"/>
        <w:szCs w:val="20"/>
      </w:rPr>
      <w:t>0744 796 351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5F8E7" w14:textId="77777777" w:rsidR="00237F96" w:rsidRDefault="00237F96">
      <w:pPr>
        <w:spacing w:after="0" w:line="240" w:lineRule="auto"/>
      </w:pPr>
      <w:r>
        <w:separator/>
      </w:r>
    </w:p>
  </w:footnote>
  <w:footnote w:type="continuationSeparator" w:id="0">
    <w:p w14:paraId="10742C4A" w14:textId="77777777" w:rsidR="00237F96" w:rsidRDefault="00237F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7111349">
    <w:abstractNumId w:val="8"/>
  </w:num>
  <w:num w:numId="2" w16cid:durableId="667559831">
    <w:abstractNumId w:val="6"/>
  </w:num>
  <w:num w:numId="3" w16cid:durableId="1734892583">
    <w:abstractNumId w:val="5"/>
  </w:num>
  <w:num w:numId="4" w16cid:durableId="1831751144">
    <w:abstractNumId w:val="4"/>
  </w:num>
  <w:num w:numId="5" w16cid:durableId="424692993">
    <w:abstractNumId w:val="7"/>
  </w:num>
  <w:num w:numId="6" w16cid:durableId="98257321">
    <w:abstractNumId w:val="3"/>
  </w:num>
  <w:num w:numId="7" w16cid:durableId="526792211">
    <w:abstractNumId w:val="2"/>
  </w:num>
  <w:num w:numId="8" w16cid:durableId="433481336">
    <w:abstractNumId w:val="1"/>
  </w:num>
  <w:num w:numId="9" w16cid:durableId="1538008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E2D"/>
    <w:rsid w:val="00034616"/>
    <w:rsid w:val="0006063C"/>
    <w:rsid w:val="000D4B1E"/>
    <w:rsid w:val="001079C2"/>
    <w:rsid w:val="0015074B"/>
    <w:rsid w:val="001A448C"/>
    <w:rsid w:val="001A556B"/>
    <w:rsid w:val="00237F96"/>
    <w:rsid w:val="0029639D"/>
    <w:rsid w:val="00326F90"/>
    <w:rsid w:val="00331240"/>
    <w:rsid w:val="003A6D66"/>
    <w:rsid w:val="003B2A51"/>
    <w:rsid w:val="004160C0"/>
    <w:rsid w:val="0049104A"/>
    <w:rsid w:val="004F42AD"/>
    <w:rsid w:val="00512DB3"/>
    <w:rsid w:val="00531C2C"/>
    <w:rsid w:val="0058084C"/>
    <w:rsid w:val="00615B45"/>
    <w:rsid w:val="006A409B"/>
    <w:rsid w:val="006B2D2F"/>
    <w:rsid w:val="006F4C24"/>
    <w:rsid w:val="007334DE"/>
    <w:rsid w:val="0089005D"/>
    <w:rsid w:val="008B3ABE"/>
    <w:rsid w:val="008C6DAF"/>
    <w:rsid w:val="008D7686"/>
    <w:rsid w:val="0091593C"/>
    <w:rsid w:val="00956D16"/>
    <w:rsid w:val="009E382D"/>
    <w:rsid w:val="009E5D43"/>
    <w:rsid w:val="00A300F4"/>
    <w:rsid w:val="00A36B26"/>
    <w:rsid w:val="00AA1D8D"/>
    <w:rsid w:val="00B229FE"/>
    <w:rsid w:val="00B47730"/>
    <w:rsid w:val="00C25915"/>
    <w:rsid w:val="00C323D0"/>
    <w:rsid w:val="00C73A89"/>
    <w:rsid w:val="00C73AFB"/>
    <w:rsid w:val="00C837D7"/>
    <w:rsid w:val="00C9492F"/>
    <w:rsid w:val="00CA1A54"/>
    <w:rsid w:val="00CB0664"/>
    <w:rsid w:val="00CB5F5B"/>
    <w:rsid w:val="00CE333C"/>
    <w:rsid w:val="00D1110A"/>
    <w:rsid w:val="00D36725"/>
    <w:rsid w:val="00DA3208"/>
    <w:rsid w:val="00DB356E"/>
    <w:rsid w:val="00DD39BB"/>
    <w:rsid w:val="00E80CF0"/>
    <w:rsid w:val="00F025FE"/>
    <w:rsid w:val="00F958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21B6F4"/>
  <w14:defaultImageDpi w14:val="330"/>
  <w15:docId w15:val="{FCCE4706-E128-4DD9-884F-F8F87C437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28" w:lineRule="auto"/>
    </w:pPr>
    <w:rPr>
      <w:rFonts w:ascii="Aptos" w:eastAsia="Aptos" w:hAnsi="Aptos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324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E5E7E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6324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A448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44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pycenter@eurocom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A5DC083-3B5C-4380-8FC7-E72814505E66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a93a0b7c-7307-4c51-af97-abb78d0c18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244</Words>
  <Characters>1456</Characters>
  <Application>Microsoft Office Word</Application>
  <DocSecurity>0</DocSecurity>
  <Lines>104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Cerere de retur credit PrePay pentru servicii Self Print</vt:lpstr>
    </vt:vector>
  </TitlesOfParts>
  <Manager/>
  <Company/>
  <LinksUpToDate>false</LinksUpToDate>
  <CharactersWithSpaces>1660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Cerere de retur credit PrePay pentru servicii Self Print</dc:title>
  <dc:subject>Formular client</dc:subject>
  <dc:creator>Gabriel Istrate</dc:creator>
  <cp:keywords/>
  <dc:description>generated by python-docx</dc:description>
  <cp:lastModifiedBy>Ilenia Ioan</cp:lastModifiedBy>
  <cp:revision>5</cp:revision>
  <dcterms:created xsi:type="dcterms:W3CDTF">2026-09-16T08:32:00Z</dcterms:created>
  <dcterms:modified xsi:type="dcterms:W3CDTF">2026-09-16T09:00:00Z</dcterms:modified>
  <cp:category/>
</cp:coreProperties>
</file>